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התאמות והנגשות -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מסלולי הלמידה ואת ההתאמות שבכל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התאמות מתאימות לאילו צרכים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חיפוש מידע מדויק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כפתור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מילון חזותי קופץ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בחנ"מ אין שעון בשום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הסיכום כתוב במשפטים קצרים ופשוטים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מסלול להתאמה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(3 אפשרויות בשאלה וכתיבה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(כפתור הקראה ורמז מדורג)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(מילון חזותי קופץ וסיכום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(שאלות מסדר חשיבה גבוה)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חשיבה על הנגשה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כפתור הקראה, 2 אפשרויות, רמז מדורג, או בלי שעון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חזותי קופץ עם אימוג'י והסבר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על אמינות המספר, משמעות כינוי, היפוך יחסים או חיבור טיעונים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המקורית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לפי מסלול ולבדוק אם הם מזהים נכון את ההתאמות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התאמות והנגשות -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בלימוד הספר החבר יש ארבעה מסלולים שונים, כדי שכל תלמיד ותלמידה ילמדו בדרך שמתאימה להם. בדף הזה נבדוק כמה טוב הכרתם את ההתאמות בכל מסלול.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12  ·  שתי  ·  חזותי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 על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אפשרויות יש בכל שאלה במסלול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יש בכל טקסט ושאלה במסלול חנ"מ?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כפתור 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מילון עברי-אנגלי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מחליף את התרגום במסלול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מילון חזותי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רמז מדורג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חנ"מ יש שעון בכל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הרגיל יש 3 אפשרויות בכל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עולים הסיכום כתוב במשפטים ארוכים ומסובכים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מסלול להתאמה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מסלול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שאלות מסדר חשיבה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מסלול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מילון חזותי קופץ וסיכום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מסלול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3 אפשרויות בשאלה וכתיבה מלאה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מסלול העשרה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כפתור הקראה ורמז מדורג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במסלול חנ"מ יש רמז מדורג אחרי __________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במסלול עולים יש מילון __________ קופץ במקום 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במסלול הרגיל יש __________ שורות כתיבה במכתב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חשיבה על הנגשה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התאמה אחת שקיימת רק במסלול חנ"מ?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מחליף את התרגום במסלול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מפת התאמות והנגשות -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