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התאמות והנגשות -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מסלולי הלמידה ואת ההתאמות שבכל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התאמות מתאימות לאילו צרכים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חיפוש מידע מדויק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כפתור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מילון חזותי קופץ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שאלות מסדר חשיבה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אחרי שתי טעויות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בחנ"מ אין שעון בשום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הסיכום כתוב במשפטים קצרים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בטבלה בשורת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הדפים נכתבים באותיות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הטיימר במסלול הרגיל הוא ברשות, לא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מסלול להתאמה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(3 אפשרויות בשאלה וכתיבה מלאה)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(כפתור הקראה ורמז מדורג)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(מילון חזותי קופץ וסיכום 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(שאלות מסדר חשיבה גבוה)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חשיבה על הנגשה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להסביר שלתלמידים יש צרכים שונים, ולהביא דוגמה רלוונטית אחת מהטבלה כמו כפתור הקראה או מילון חזותי.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כפתור הקראה, 2 אפשרויות, רמז מדורג, או בלי שעון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חזותי קופץ עם אימוג'י והסבר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על אמינות המספר, משמעות כינוי, היפוך יחסים או חיבור טיעונים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המקורית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לפי מסלול ולבדוק אם הם מזהים נכון את ההתאמות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התאמות והנגשות -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ארבע דרכים ללמוד את הספר החבר. בכל דרך יש עזרה אחרת. נלמד מה יש בכל 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הנגשה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דבר כך שכולם יוכלו להשתמש בו בקלות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קטן שעוזר לתלמיד מסוים ללמוד טוב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עם עזרה מיוחדת, שאלות קלות יותר ורמזים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בנק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שעוזרת לכתוב ולהבין 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מדורג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קטנה שניתנת שלב אחרי שלב, בלי לתת את התשובה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 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על מילה בעזרת ציור או אימוג'י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שעון שסופר זמן במשחק או בתרגיל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חשיבה גבוה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שדורשות הבנה עמוקה וניתוח, לא רק זכירה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תשובות אפשריות יש בשאלה במסלול הרגיל?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עוזר לקרוא את הטקסט במסלול חנ"מ?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כפתור 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עברי-אנגלי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קשות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להבין מילים במקום תרגום, במסלול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 חזותי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רמז מדורג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מבנה תשובה ספרותית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שאלות קשות יש במסלול העשרה?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 קלות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שאלות מסדר חשיבה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שאלות עם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שורות כותבים במכתב במסלול הרגיל?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אחרי כמה טעויות מקבלים רמז במסלול חנ"מ?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טעות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שתי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חנ"מ יש שעון בכל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הרגיל יש 3 אפשרויות בכל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עולים הסיכום כתוב במשפטים ארוכים ומסובכים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העשרה יש שאלות על אמינות המספר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בדפי מסלול חנ"מ הכתב קטן מהרגיל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הטיימר במשחק הוא חובה במסלול הרגיל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מסלול להתאמה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מסלול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מילון חזותי קופץ וסיכום פשוט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מסלול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שאלות מסדר חשיבה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מסלול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כפתור הקראה ורמז מדורג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מסלול העשרה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 אפשרויות בשאלה וכתיבה מלאה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במסלול חנ"מ יש רמז מדורג אחרי __________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במסלול עולים יש מילון __________ קופץ במקום 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במסלול הרגיל יש __________ שורות כתיבה במכתב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במסלול העשרה יש שאלות על __________ המספר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במסלול חנ"מ הדפים כתובים באותיות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חשיבה על הנגשה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עד ארבע שורות: למה חשוב שיהיו מסלולי למידה שונים לתלמידים שונים? הביאו דוגמה אחת מהטבלה.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התאמה אחת שקיימת רק במסלול חנ"מ?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מחליף את התרגום במסלול 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מסדר חשיבה גבוה שיכולה להופיע במסלול העשרה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מפת התאמות והנגשות -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