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התאמות והנגשות -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מסלולי הלמידה ואת ההתאמות שבכל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לאילו צרכים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מידע מדויק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כפתור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מילון חזותי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שאלות מסדר חשיבה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אחרי שתי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בחנ"מ אין שעון בשום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הסיכום כתוב במשפטים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בטבלה בשורת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הדפים נכתבים באותיות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הטיימר במסלול הרגיל הוא ברשות, לא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מסלול להתאמה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(3 אפשרויות בשאלה וכתיבה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(כפתור הקראה ורמז מדורג)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(מילון חזותי קופץ וסיכום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(שאלות מסדר חשיבה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חשיבה על הנגשה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להסביר שלתלמידים יש צרכים שונים, ולהביא דוגמה רלוונטית אחת מהטבלה כמו כפתור הקראה או מילון חזותי.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כפתור הקראה, 2 אפשרויות, רמז מדורג, או בלי שעון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חזותי קופץ עם אימוג'י והסבר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על אמינות המספר, משמעות כינוי, היפוך יחסים או חיבור 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המקורית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לפי מסלול ולבדוק אם הם מזהים נכון את ההתאמות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התאמות והנגשות -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בלימוד הספר החבר יש ארבעה מסלולים שונים, כדי שכל תלמיד ותלמידה ילמדו בדרך שמתאימה להם. בדף הזה נבדוק כמה טוב הכרתם את ההתאמות בכל מסלול.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אפשרויות יש בכל שאלה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בכל טקסט ושאלה במסלול חנ"מ?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 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עברי-אנגלי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קשות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מחליף את התרגום במסלול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חזותי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 מדורג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מבנה תשובה ספרותית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שאלות מיוחדות יש במסלול העשרה?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קלות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מסדר חשיבה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עם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שורות כתיבה יש במכתב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ניתן רמז מדורג במסלול חנ"מ?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חנ"מ יש שעון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הרגיל יש 3 אפשרויות בכל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הסיכום כתוב במשפטים ארוכים ומסובכים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העשרה יש שאלות על אמינות המספר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בדפי מסלול חנ"מ הכתב קטן מהרגיל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הטיימר במשחק הוא חובה במסלול 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מסלול להתאמה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מסלול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מסדר חשיבה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מסלול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 אפשרויות בשאלה וכתיבה מלאה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מסלול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כפתור הקראה ורמז מדורג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מסלול העשרה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מילון חזותי קופץ וסיכום פשוט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חנ"מ יש רמז מדורג אחרי __________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עולים יש מילון __________ קופץ במקום 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הרגיל יש __________ שורות כתיבה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במסלול העשרה יש שאלות על __________ המספר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חנ"מ הדפים כתובים באותיות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חשיבה על הנגשה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עד ארבע שורות: למה חשוב שיהיו מסלולי למידה שונים לתלמידים שונים? הביאו דוגמה אחת מהטבלה.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התאמה אחת שקיימת רק במסלול חנ"מ?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מחליף את התרגום במסלול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מסדר חשיבה גבוה שיכולה להופיע במסלול העשרה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 התאמות והנגשות -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